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ארכנה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היבריס (יוהרה) ואת תוצאותיו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וניתוח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באריגה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אתנה בדמות זקנה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ארכנה אמרה שאף אחד לא לימד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ארכנה סירבה להתנצל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מופלאה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(יוהרה מוגזמת כלפי האלים)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(שינוי צורה מדמות אחת לאחרת)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מדעי למשפחת העכבישים)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(אלת החוכמה שהתחרתה עם ארכנה)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ארכנה מתגאה שהיא טובה יותר מאתנה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אתנה מופיעה כזקנה ומזהירה את ארכנה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ארכנה מסרבת לבקש סליחה והתחרות מתחילה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שתיהן אורגות יריעות - אתנה את האלים וארכנה את חטאי האלים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אמורים להבחין שהכישרון עצמו לא היה הבעיה, אלא הגאווה וההתנשאות מול האלה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יוהרה או גאווה מוגזמת כלפי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הגאווה וההתנשאות, לא הכישרון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בשאלה: האם מותר להיות גאה בכישרון שלנו? היכן הגבול?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המושג היבריס לדמויות נוספות מהמיתולוגיה שלמדו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בהבנת העלילה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ארכנה הייתה אורגת מוכשרת שהתגאתה שהיא טובה יותר מהאלה אתנה. התחרות ביניהן הסתיימה במטמורפוזה מפתיעה.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אתנה  ·  מופלאה  ·  סליחה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במה הייתה ארכנה מוכשרת?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באריגה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הזהירה את ארכנה לפני התחרות?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אתנה בדמות 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חברה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ארכנה טענה שאתנה לימדה אותה לארוג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אתנה הופיעה לפני ארכנה בתור זקנה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ארכנה ביקשה סליחה מיד כשאתנה חשפה את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ארכנה הייתה נערה פשוטה שאריגתה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ארכנה אמרה שהיא טובה יותר אפילו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אתנה הזהירה את ארכנה שתבקש __________ מהאלה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היבריס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אלת החוכמה שהתחרתה עם ארכנה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מטמורפוזה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מדעי למשפחת העכבישים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ארכנידים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יוהרה מוגזמת כלפי האלים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שינוי צורה מדמות אחת לאחרת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אתנה מופיעה כזקנה ומזהירה את ארכנה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ארכנה מסרבת לבקש סליחה והתחרות מתחילה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שתיהן אורגות יריעות - אתנה את האלים וארכנה את חטאי האלים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ארכנה מתגאה שהיא טובה יותר מאתנה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הייתה ה'חטא' של ארכנה לדעתכם - הכישרון או הגאווה? נמקו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הפכה ארכנה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המילה היבריס?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ארכנה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