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ארכנה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ארכנה מהמיתולוגיה היוונית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המושג היבריס (יוהרה) ואת תוצאותיו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וניתוח 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באריגה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אתנה בדמות זקנה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את האלים בהדרם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סיפורים שבהם האלים מתנהגים 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לעכביש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משמה של ארכנה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ארכנה אמרה שאף אחד לא לימד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מסופר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ארכנה סירבה להתנצל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האריגה הייתה מושלמת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אתנה הפכה אותה לעכביש ולא הרגה אותה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מופלאה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קרעה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(יוהרה מוגזמת כלפי האלים)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(שינוי צורה מדמות אחת לאחרת)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(שם מדעי למשפחת העכבישים)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(אלת החוכמה שהתחרתה עם ארכנה)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(יצירת בד מחוטים)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ארכנה מתגאה שהיא טובה יותר מאתנה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אתנה מופיעה כזקנה ומזהירה את ארכנה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ארכנה מסרבת לבקש סליחה והתחרות מתחילה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שתיהן אורגות יריעות - אתנה את האלים וארכנה את חטאי האלים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אתנה כועסת וקורעת את היריעה של ארכנה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אתנה הופכת את ארכנה לעכביש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אמורים להבחין שהכישרון עצמו לא היה הבעיה, אלא הגאווה וההתנשאות מול האלה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- מצופה שהתלמיד יציע סוף שבו אין עונש או שהעונש מתון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תלמידים יכולים לכתוב על הסכנה שבגאווה מוגזמת, או על כבוד כלפי בעלי כוח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יוהרה או גאווה מוגזמת כלפי האלים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הגאווה וההתנשאות, לא הכישרון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בשאלה: האם מותר להיות גאה בכישרון שלנו? היכן הגבול?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המושג היבריס לדמויות נוספות מהמיתולוגיה שלמדו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בהבנת העלילה הבסיסית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המיתולוגיה היוונית – אלים, גיבורים ומטמורפוזות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ארכנה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ארכנה ידעה לארוג מאוד יפה. היא אמרה שהיא טובה מאתנה האלה. אתנה כעסה והפכה אותה לעכביש.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אריגה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יצירת בד מחוטים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גאווה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שאני הכי טוב מכולם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היבריס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יוהרה כלפי האלים, גאווה מוגזמת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מטמורפוזה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צורה מדמות אחת לאחרת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התחרות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מצב שבו שניים מנסים לנצח אחד את השני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הושפלה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הרגישה בושה גדולה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ארכנידים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מדעי למשפחת העכבישים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ארכנה ידעה לעשות טוב מאוד?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באריגה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באה להזהיר את ארכנה?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אתנה בדמות זקנה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חברה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נערה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ארגה אתנה ביריעה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האלים בהדרם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נוף של הרים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ארגה ארכנה ביריעה 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סיפורים שבהם האלים מתנהגים 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תמונת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נוף כפרי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ציורי בעלי 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קרה לארכנה בסוף?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לינשוף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לנחש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מניין מגיע השם המדעי ״ארכנידים״ לעכבישים?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מצבע העכביש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משם העיר שבה חיה ארכנה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משמה של ארכנה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מצורת הרגליים שלהם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ארכנה טענה שאתנה לימדה אותה לארוג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אתנה הופיעה לפני ארכנה בתור זקנה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ארכנה ביקשה סליחה מיד כשאתנה חשפה את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אתנה לא מצאה פגם באריגה של ארכנה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אתנה הרגה את ארכנה בכעסה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ארכנה הייתה נערה פשוטה שאריגתה הייתה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ארכנה אמרה שהיא טובה יותר אפילו מ__________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אתנה הזהירה את ארכנה שתבקש __________ מהאלה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בכעסה, אתנה __________ את היריעה של ארכנה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אתנה הפכה את ארכנה ל__________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היבריס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אלת החוכמה שהתחרתה עם ארכנה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מטמורפוזה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שם מדעי למשפחת העכבישים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ארכנידים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יצירת בד מחוטים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יוהרה מוגזמת כלפי האלים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אריגה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שינוי צורה מדמות אחת לאחרת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אתנה כועסת וקורעת את היריעה של ארכנה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ארכנה מתגאה שהיא טובה יותר מאתנה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שתיהן אורגות יריעות - אתנה את האלים וארכנה את חטאי האלים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אתנה הופכת את ארכנה לעכביש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ארכנה מסרבת לבקש סליחה והתחרות מתחילה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אתנה מופיעה כזקנה ומזהירה את ארכנה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הייתה ה'חטא' של ארכנה לדעתכם - הכישרון או הגאווה? נמקו בשתיים-שלוש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סוף אחר לסיפור: מה היה קורה אילו ארכנה הודתה שקיבלה השראה או עזרה כלשהי?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המסר של הסיפור על ארכנה לדעתכם? כתבו בשתיים-שלוש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הפכה ארכנה בסוף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היבריס?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הכישלון של ארכנה - הכישרון או הגאווה?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ארכנה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